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1464: 晶晶的补习班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10620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晶晶上初中了。妈妈认为晶晶应该更加用功学习，所以晶晶除了上学之外，还要参加妈妈为她报名的各科补习班。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晶晶的妈妈给了晶晶的下周每天上补习班的小时数，晶晶同学想知道，下周平均一天要上多少小时的补习班（结果保留 1 位小数），最长的补习班需要上几小时，最短的补习班需要上几小时？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个整数，用空格隔开，代表晶晶同学下周 7 天需要上的补习班的小时数。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一个小数和两个整数，用空格隔开，第一个小数代表下周平均每天需要上多少小时补习班（结果保留 1 位小数），第二个整数代表最长的补习班的小时数，第三个整数代表最短的补习班的小时数。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1 3 2 5 4 7 6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4.0 7 1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