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1462: 小明的游泳时间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30951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伦敦奥运会要到了，小明在拼命练习游泳准备参加游泳比赛。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这一天，小明给自己的游泳时间做了精确的计时（本题中的计时都按 24 小时制计算），它发现自己从 a 时 b 分一直游泳到当天的 c 时 d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请你帮小明计算一下，它这天一共游了多少时间呢？小明游的好辛苦呀，你可不要算错了哦。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一行内输入 4 个整数，分别表示 a,b,c,d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一行内输出 2 个整数 e 和 f ，用空格间隔，依次表示小明这天一共游了多少小时多少分钟。其中表示分钟的整数 f 应该小于 60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12 50 19 10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