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1456: 淘淘捡西瓜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6064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地上有一排西瓜，每个西瓜都有自己的重量。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淘淘有一个包，包的容量是固定的，淘淘希望尽可能在包里装更多的西瓜（当然要装整个的，不能切开装），请问淘淘的包最多能装下多少个西瓜？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n，x ，表示有 n 个西瓜，背包容量是 x 。（ 1 ≤ n ≤ 100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 n 个整数数，表示西瓜的重量。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一个整数，表示淘淘最多能装多少西瓜回家。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