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1453: 橘子排队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1453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5460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秋天到了，同学们去橘子园摘橘子。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张老师要求同学们把摘好的橘子去掉一个最大的，再去掉一个最小的的橘子，求出剩余的橘子的平均重量，并将剩余的橘子按照由轻到重排序。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第一行是橘子的数量 n。（3≤n≤200）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第二行是 n 个正整数，表示这些橘子的重量。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第一行输出剩余橘子的平均重量，结果保留 1 位小数。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第二行输出剩余橘子按照由轻到重排序后的结果。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9 1 2 1 8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3.7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