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1451: n个一位数能够组成的最大数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 n 个一位数能够组成的最大的整数是多少。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比如，n =3 ，3 个整数为 1、3、9 ，那么组成的最大整数是 931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 n = 4 ， 4 个整数为 2、8、0、6 ，那么组成的最大整数是 8620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 n （n &lt; 10）。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个一位数。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一行，包含一个组成的最大整数。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7 3 4 4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7443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