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1450: 数字之和为x的整数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 n 个数中，找出各个位的数字和为 x 的数，求出满足条件的数有多少个，他们的总和是多少，并对满足条件的数按照由小到大排序。 例如： x = 13 ，那么数 85、373 就是满足条件的数，因为 8+5 = 13 、3+7+3 = 13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第一行有两个整数，分别表示 x 和 n （n ≤ 10000）。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个整数，用空格隔开（这些数在 1 ∼ 9999 之间）。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第一行有两个整数，分别代表满足条件的数的总和及总个数。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第二行输出满足条件的数，并按照由小到大排序。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373 85 67 18 49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574 4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49 67 85 373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