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1449: 求满足条件的数的和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11652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小明同学想找出这样的数：能同时被 2 、3 、5 、7 中 2 个及 2个以上的数整除的数，比如 6、30 、210 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请你编程帮助小明找出 1 ∼ n 中满足条件的数的总和是多少？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个整数 n ；（n ≤ 9999）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 1 ≤ n 中满足条件的整数的总和；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