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1448: 随机体能测试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6846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学校想随机抽取一部分同学参加体能测试，看看同学们的体能怎么样。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张老师想了一个办法，找出学号中含有 1 的同学，让他们参加体能测试；如果某同学的学号含有 1 个 1 ，那么要测试 1 次，如果含有 2 个 1 ，就要参加 2 次测试。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比如：小明同学的学号为 1211 ，那么他就要参加 3 次测试。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请问，学号 1 ∼ n 中的同学们，总共要参加多少次测试？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≤ 9999）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 1 ∼ n 号同学总共要参加测试的次数。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