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1447: 统计4位的回文数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15189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回文数指的是正过来读和反过来读都是一样的数，比如 1661 、 2772 都是回文数，请你编程找出所有的 4 位的回文数。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由小到大输出所有的 4 位回文数，每行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