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1446: 人口增长问题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我国现有 x 亿人口，按照每年 0.1 % 的增长速度，n 年后将有多少人？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一行，包含两个整数 x 和 n ，分别是人口基数和年数，以单个空格分隔。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输出最后的人口数，以亿为单位，保留到小数点后四位。(1  ≤ x  ≤  100, 1  ≤  n  ≤  100)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13.1306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