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1445: 找亲戚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14968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数字王国中，数字们也有亲戚关系。有一个 1 位数 x，他想找到自己的亲戚，他是这样判断对方是不是自己的亲戚的，如果对方的那个数的各个位中含有和自己一样的数，就认为对方是自己的亲戚。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3 和 635 就算亲戚，因为 635 中有数字 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请从键盘读入一个一位的整数 x ，找出从 m ∼ n 中有多少个数是 x 的亲戚。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第一行，一个一位整数 x（x 是 1∼ 9 之间的整数）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第二行，两个整数 m 和 n（m 和 n 也是 0 ∼ 9999之间的整数，且 m ≤ n）。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x 的亲戚有多少个数。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