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1444: 最小拐弯路径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在农场工作了一天，感觉比较累，准备开车回家。约翰在比较累的时候，喜欢走直路，不喜欢拐弯，哪怕走少拐弯的路回家更远，约翰也想走直路（好任性的约翰!）。请你从约翰的出发地到目的地找一条路，使得约翰回家拐弯数量最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 和 m（n 和 m 都是 1000 以内的整数），代表地图的大小。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行，每行有 m 个数，其中能够通行的点用 0 表示，不能通行的点用 1 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再接下来 1 行，有 4 个整数，s_1、s_2、e_1、e_2，s_1 和 s_2 表示出发点的坐标，e_1 和 e_2 表示目的地的坐标。（本题测试数据保证起点和终点不是同一个点，且起点和终点一定可以走）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约翰从出发点到目的地最少要拐弯的数量，本题所有数据都确认从出发点到目的地是有路径可达的。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