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1442: 走出迷宫的最短路径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1442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广搜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3322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广搜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有 n × m 的迷宫，该迷宫有一个入口，一个出口。编写一程序打印一条从迷宫入口到出口的最短路径，黑色方块的单元表示走不通（用 1 表示），白色方块的内容表示走的通（用 0 表示）。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只能往上下左右四个方向走，如果有最短路径，保证最短路径一定是唯一的，如果没有路径可以到达，则输出“no way”。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 2 个整数 n 和 m ( n 和 m 都是 10 ∼ 150 之间的整数)，代表迷宫的行数和列数；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行，每行有 m 个整数，1 代表不可走的点，0 代表可走的点；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接下来一行，有 2 个整数 s_1 和 s_2 代表入口的坐标；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接下来一行，有 2 个整数 e_1 和 e_2 代表出口的坐标；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本题数据上保证出发点和终点的值一定为 0，也就是不存在出发点和终点不能走的情况。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输出从入口到出口的最短路径，如果没有路径可达输出“no way”。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8 5   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1 1 1 1 1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0 0 0 0 1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1 1 1 0 1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1 0 0 0 1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1 0 0 1 1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1 0 0 0 1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1 1 1 0 1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1 0 0 0 1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2 1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(2,1)-&gt;(2,2)-&gt;(2,3)-&gt;(2,4)-&gt;(3,4)-&gt;(4,4)-&gt;(4,3)-&gt;(5,3)-&gt;(6,3)-&gt;(6,4)-&gt;(7,4)-&gt;(8,4)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