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1437: 龙虎斗（fight）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轩轩和凯凯正在玩一款叫《龙虎斗》的游戏，游戏的棋盘是一条线段，线段上有 n 个兵营（自左至右编号 1 ∼ n），相邻编号的兵营之间相隔 1 厘米，即棋盘为长度为 n-1 厘米的线段。i 号兵营里有 c_i 位工兵。 下面图 1 为 n=6 的示例：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轩轩在左侧，代表“龙”；凯凯在右侧，代表“虎”。 他们以 m 号兵营作为分界， 靠左的工兵属于龙势力，靠右的工兵属于虎势力，而第 m 号兵营中的工兵很纠结，他们不属于任何一方。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一个兵营的气势为：该兵营中的工兵数 ×  该兵营到 m 号兵营的距离；参与游戏 一方的势力定义为：属于这一方所有兵营的气势之和。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下面图 2 为 n = 6,m = 4 的示例，其中红色为龙方，黄色为虎方：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游戏过程中，某一刻天降神兵，共有 s_1 位工兵突然出现在了 p_1 号兵营。作为轩轩和凯凯的朋友，你知道如果龙虎双方气势差距太悬殊，轩轩和凯凯就不愿意继续玩下去了。为了让游戏继续，你需要选择一个兵营 p_2，并将你手里的 s_2 位工兵全部派往 兵营 p_2，使得双方气势差距尽可能小。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注意：你手中的工兵落在哪个兵营，就和该兵营中其他工兵有相同的势力归属（如果落在 m 号兵营，则不属于任何势力）。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350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a85dz7m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35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47248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jk2jyif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724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输入文件的第一行包含一个正整数n，代表兵营的数量。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接下来的一行包含 n 个正整数，相邻两数之间以一个空格分隔，第 i 个正整数代 表编号为 i 的兵营中起始时的工兵数量 c_i。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接下来的一行包含四个正整数，相邻两数间以一个空格分隔，分别代表 m,p_1,s_1,s_2。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输出文件有一行，包含一个正整数，即 p_2，表示你选择的兵营编号。如果存在多个编号同时满足最优，取最小的编号。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1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见问题描述中的图 2。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双方以 m=4 号兵营分界，有 s_1=5 位工兵突然出现在 p_1=6 号兵营。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龙方的气势为：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× (4-1)+3 × (4-2)+2 × (4-3) = 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虎方的气势为：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×  (5 - 4) + (3 + 5) × (6 - 4) =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当你将手中的 s_2 = 2 位工兵派往 p_2 = 2 号兵营时，龙方的气势变为：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 + 2 ×  (4 - 2) = 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此时双方气势相等。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【输入输出样例 2 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双方以 m = 5 号兵营分界，有 s_1 = 1 位工兵突然出现在 p_1 = 4 号兵营。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龙方的气势为：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×  (5 - 1) + 1 ×  (5 - 2) + 1 ×  (5 - 3) + (1 + 1) ×  (5 - 4) = 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虎方的气势为：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16 ×  (6 - 5) = 16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当你将手中的 s_2 = 1 位工兵派往 p_2 = 1 号兵营时，龙方的气势变为：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11 + 1 ×  (5 - 1) = 15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此时可以使双方气势的差距最小。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【数据规模与约定】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&lt; m  &lt;  n,1 ≤ p_1 ≤ n。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20% 的数据，n = 3,m = 2, c_i = 1, s_1,s_2 ≤ 100。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另有 20% 的数据，n  ≤  10, p_1 = m, c_i = 1, s_1,s_2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60% 的数据，n  ≤  100, c_i = 1, s_1,s_2 ≤ 100。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的数据，n  ≤  100, c_i,s_1,s_2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 ≤ 10^5,c_i,s_1,s_2≤10^9。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