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1433: 走出迷宫的最少步数2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深搜递归广搜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递归 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当你站在一个迷宫里的时候，往往会被错综复杂的道路弄得失去方向感，如果你能得到迷宫地图，事情就会变得非常简单。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假设你已经得到了一个 n × m 的迷宫的图纸，请你找出从起点到出口的最短路。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第一行是两个整数 n 和 m (1 ≤ n,m ≤ 100)，表示迷宫的行数和列数。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行，每行一个长为 m 的字符串，表示整个迷宫的布局。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字符 . 表示空地，# 表示墙，S 表示起点 T 表示出口。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本题数据保证，从起点到出口存在至少一条合法的路径。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输出从起点到出口最少需要走的步数。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S#T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