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1430: 迷宫出口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一天Extense在森林里探险的时候不小心走入了一个迷宫，迷宫可以看成是由 n × n 的格点组成，每个格点只有 2 种状态， 0 和 1，前者表示可以通行后者表示不能通行。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同时当Extense处在某个格点时，他只能移动到东南西北(或者说上下左右)四个方向之一的相邻格点上，Extense想要从点 A 走到点 B ，问在不走出迷宫的情况下能不能办到。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如果起点或者终点有一个不能通行(为 1)，则看成无法办到。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行是一个正整数 n (1 ≤ n ≤ 100)，表示迷宫的规模是 n × n 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接下来是一个 n × n 的矩阵，矩阵中的元素为 0 或者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再接下来一行是 4 个整数 ha la hb lb，描述 A 处在第 ha 行 第 la 列，B 处在第 hb 行 第 lb 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能办到则输出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