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1427: 有趣的折扣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新华书店准备举办一个周末打折活动，活动打折方案如下：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（1）客户买的书中最贵的那本书先打 9 折；（如果有多本最贵的书，那么只有 1 本可以打 9 折）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（2）在此基础上，按照客户购买书的总价再打 9 折；（最后的总价保留 1 位小数）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比如：张芳同学买了 5 本书， 5 本书的价格分别为： 109 98 109 25 30 ，那么按照书店的折扣方案，张芳同学应付的总金额 = (109 ×  0.9 + 98 + 109 + 25 + 30)   ×   0.9  =  324.09 ，保留 1 位小数的结果为 324.1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请你编写一个程序，帮助书店计算客户最后应付的金额。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行是一个整数 n ，代表客户购买的书的数量（ n  ≤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行是 n 个整数，代表 n 本书的单价。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客户最后应付的金额。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109 98 109 25 30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324.1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