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1425: 查找含有x的数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请从一组数中找出含有 x 的数，统计出这样的数总共有多少个，总和是多少？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输入包含三行：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 ，表示这组整数总共有多少个数( N ≤ 1000 )；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个整数（这些整数都是 1 ∼ 9999之间的数），整数之间以一个空格分开；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第三行包含一个一位的整数 x（ x 是一个 1 ∼ 9之间的一位数）。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输出一行，有 2 个整数用空格隔开，第一个整数代表含有 x 的数的总个数，第二个整数代表含有 x 的数的总和。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12 28 190 36 1255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3 1295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