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1424: 自然数的分解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给定自然数 n ，将其拆分成若干自然数的和。输出所有解，每组解中数字按从小到大排列。相同数字的不同排列算一组解。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如，读入整数 3 ，分解方案如下：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1+1+1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再比如，读入整数 7 ，分解方案如下：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1+1+1+1+1+1+1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1+1+1+1+1+2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1+1+1+1+3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1+1+1+2+2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1+1+2+3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1+2+2+2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1+3+3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2+2+3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20）；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可以分解的自然数和的方案；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