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1423: 考试成绩的简单统计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1423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29805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期末考试结束，王老师想知道这次考试中成绩优秀的同学有多少人（考试成绩大于或等于 90 表示成绩优秀），请你编程帮助王老师来计算出成绩优秀的人数。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第一行，一个整数 n 代表有 n 个人的成绩（ n ≤ 100）；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第二行，n个人的成绩，用空格隔开。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成绩优秀的同学的总人数。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98 88 85 99 90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