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1420: 已知正方形的周长求面积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已知一个正方形的周长为整数 n ，请问该正方形的面积是多少？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代表正方形的周长。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一个小数，代表正方形的面积（保留 2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39.06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