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1419: 请将2个数按照由小到大的顺序排列后输出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从键盘读入两个整数 a 和 b ，将这两个数按照由小到大的顺序输出。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输入任意的两个整数，用空格隔开。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输出只有一行，按照由小到大的顺序输出 2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