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1418: 求一个5位数的各个位之和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 5 位的正整数，请求出这个 5 位数的各个位之和。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5 位的正整数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 5 位数的各个位之和。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