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1415: 10进制转D进制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容器stack进制转换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stack 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十进制整数 N 和其他 D（D 的值为 2 到 16）进制数的转换是计算机实现计算的基本问题，其解决方法很多，其中一个简单算法基于下列原理：N = (N div d) × d + N mod d (其中：div 为整除运算，mod 为求余运算)。简单来说，就是除 D 取余，然后倒过来得到 D 进制的数。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(1348)_{10} = (10101000100)_2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(1348)_{10} = (2504)_8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(1000)_{10} = (3E8)_{16}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（请注意：转 16 进制时，用 A 代表余数 10 ，B 代表余数 11 ……）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假设现要编制一个满足下列要求的程序：对于输入的任意一个非负十进制整数（n≤1,000,000,000），打印输出与其等值的 D 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有两个整数 N 和 D，N 表示要转换的十进制非负整数， D 代表要转换的进制（2到16）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进制转 D 进制的结果。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1348 2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10101000100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