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1414: 期末考试成绩排名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1414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容器结构体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12260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容器 结构体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期末考试结束了，数学成绩已经出来。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数学老师请你帮忙编写一个程序，可以帮助老师对班级所有同学的考试分数按照由高到低进行排序，并输出按照成绩排序后每个同学的学号、姓名、数学成绩。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 n（ n ≤ 100 ），代表班级的总人数；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行，每行有 3 个数据，第一个数据是某个同学的学号，第二个数据是该同学的姓名的拼音（拼音不含空格），第三个数据是该同学的数学成绩（成绩是整数）；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按照数学成绩由高到低输出每个同学的学号、姓名、数学成绩，每行含 1 个同学的 3 个数据，3 个数据用空格隔开。（如果出现多个同学数学成绩相同，则按照学号由小到大输出，不存在多个同学学号相同的情况）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