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1412: 快速幂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1412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求 xp mod m 的值。（mod 代表取余数）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提示：若 p 为偶数，xp=(xp/2)2；若 p 为奇数，xp=x*(x(p-1)/2)2，该题可以采用分治法求解。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x，p 是不超过 109 的非负整数，m 是不超过 109 的正整数。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x^p mod m 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2 10 100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noip2017普及组初赛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