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1411: 迷宫的路径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回溯深搜递归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 深搜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Mitch老鼠在森林里游玩，不小心走进了一个迷宫里面，这个迷宫是一个 n 行 m 列的矩阵，迷宫中有些格子是可以走的，有些格子是不能走的，能走的格子用 o （小写字母 o ）表示，不能走的格子用 # 表示。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Mitch选择走出迷宫的策略是：先向右，如果右边走不通则选择向下，如果下边走不通则选择向左，如果左边走不通则选择向上；如果四个方向都走不通，则后退选择其他能走的路径。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Mitch从类似下图所示的迷宫的左上角 (1,1) 点进入迷宫（请注意：入口 1,1 和出口的 n,m 点都不是 # ），请问Mitch有哪些方法可以走出迷宫，走到 (n,m) 点；请编程求出所有可能的路径，输出这些路径，如果不存在任何的路径可以走出迷宫，请输出 no。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7010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5bi3tj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01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 和 m ，中间用单个空格隔开，代表迷宫的行和列的数量。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m 个字符，描述迷宫地图。字符只有o 或 # 两种，o 代表这个格子可以走，# 代表这个格子不能走。( 4 ≤ n,m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请按照Mitch选择的走出迷宫的策略，输出所有可能的路径，输出形式请参考样例输出的形式。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如果不存在任何的路径可以走出迷宫，请输出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ooooo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o####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ooooo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#oo#o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oooo#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o#ooo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1:1,1-&gt;2,1-&gt;3,1-&gt;3,2-&gt;3,3-&gt;4,3-&gt;5,3-&gt;5,4-&gt;6,4-&gt;6,5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2:1,1-&gt;2,1-&gt;3,1-&gt;3,2-&gt;3,3-&gt;4,3-&gt;5,3-&gt;6,3-&gt;6,4-&gt;6,5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3:1,1-&gt;2,1-&gt;3,1-&gt;3,2-&gt;3,3-&gt;4,3-&gt;4,2-&gt;5,2-&gt;5,3-&gt;5,4-&gt;6,4-&gt;6,5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4:1,1-&gt;2,1-&gt;3,1-&gt;3,2-&gt;3,3-&gt;4,3-&gt;4,2-&gt;5,2-&gt;5,3-&gt;6,3-&gt;6,4-&gt;6,5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5:1,1-&gt;2,1-&gt;3,1-&gt;3,2-&gt;4,2-&gt;4,3-&gt;5,3-&gt;5,4-&gt;6,4-&gt;6,5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6:1,1-&gt;2,1-&gt;3,1-&gt;3,2-&gt;4,2-&gt;4,3-&gt;5,3-&gt;6,3-&gt;6,4-&gt;6,5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7:1,1-&gt;2,1-&gt;3,1-&gt;3,2-&gt;4,2-&gt;5,2-&gt;5,3-&gt;5,4-&gt;6,4-&gt;6,5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8:1,1-&gt;2,1-&gt;3,1-&gt;3,2-&gt;4,2-&gt;5,2-&gt;5,3-&gt;6,3-&gt;6,4-&gt;6,5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