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1410: 数塔的行走路径？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有如下所示的数塔，要求从底层走到顶层，若每一步只能走到相邻的结点，要求经过结点的数字之和最大，请问应该如何走，请输出从塔底到塔顶的行走路线，同时计算出经过结点的最大数字和是多少？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（假设本问题中，不存在多条路线从塔底走到塔顶经过结点的数字和都是最大的，也就是本题涉及测试数据得到的路径都是唯一的）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为了方便计算我们将数塔中的值存到如下图所示的二维数组中，该数塔的行走路线将如下图的箭头所示。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214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pmx_3a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21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44677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ixibr5m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67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输入数据首先包括一个整数整数 N(1 ≤ N ≤ 100)，表示数塔的高度；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接下来用 N 行数字表示数塔，其中第 i 行有个 i 个整数，且所有的整数均在区间 [0,99] 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第一行，按照样例输出所示的形式，输出数塔的行走路线。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第二行，输出经过结点的最大数字和。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2 7 4 4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4 5 2 6 5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5,2-&gt;4,2-&gt;3,1-&gt;2,1-&gt;1,1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