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1409: 棋盘里的麦子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传说西塔发明了国际象棋而使国王十分高兴，他决定要重赏西塔，西塔说：“我不要你的重赏 ，陛下，只要你在我的棋盘上赏一些麦子就行了。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在棋盘的第 1 个格子里放 1 粒，在第 2 个格子里放2 粒，在第 3 个格子里放 4 粒，在第 4 个格子里放 8 粒，依此类推，以后每一个格子里放的麦粒数都是前一个格子里放的麦粒数的 2 倍，直到放满第 64 个格子就行了”。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“区区小数，几粒麦子，这有何难，来人”，国王令人如数付给西塔。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计数麦粒的工作开始了，第一格内放 1 粒，第二格内放 2 粒第三格内放 4粒， ⋯  还没有到第二十格，一袋麦子已经空了。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一袋又一袋的麦子被扛到国王面前来。但是，麦粒数一格接一格飞快增长着，国王很快就看出，即便拿出全国的粮食，也兑现不了他对西塔的诺言。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请你编程帮助国王计算出，第 n 个棋盘格子中需要放多少粒麦子？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代表第 n 格棋盘（n ≤ 100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一个整数，代表第 n 格棋盘中麦子的总数。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