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1407: 图像相似度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1407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9615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给出两幅相同大小的黑白图像（用 0-1 矩阵表示，0 代表白色，1 代表黑色）表示，求它们的相似度。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说明：若两幅图像在相同位置上的像素点颜色的值相同，则称它们在该位置具有相同的像素点。两幅图像的相似度定义为相同像素点数占总像素点数的百分比。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数据解释：第一行的 2 2 表示图像的尺寸是 2 行，每行 2 个整数；接下来的两行数据 1 0 和 0 1 表示第一幅图片的数值，再接下来两行数据 1 1 和 1 1 表示第二幅图片的数值；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从数据上可以看出，两幅图片有 2 个数是相等的，因此两幅图片的相似度为 50%，实际输出不需要输出百分号，结果保留 2 位小数，因此实际输出 50.00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第一行包含两个整数 n 和 m ，表示图像的行数和列数，中间用单个空格隔开。（1 ≤ n,m ≤ 100）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之后 n 行，每行 m 个整数 0 或 1 ，表示第一幅黑白图像上各像素点的颜色。相邻两个数之间用单个空格隔开。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之后 n 行，每行 m 个整数 0 或 1 ，表示第二幅黑白图像上各像素点的颜色。相邻两个数之间用单个空格隔开。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一个小数，表示相似度（以百分比的形式给出，但百分号不需要显示），精确到小数点后两位。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1 0 1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0 0 1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0 0 1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0 0 1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44.44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