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1405: 小丽找潜在的素数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1405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4078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小丽同学在编程中学到了二进制数的概念，她发现，有些二进制数，如果转为 10 进制，就是素数，小丽把这些数称为潜在的素数；比如 2 进制 1101011，转为 10 进制后为 107 ，就是素数。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请编程帮小丽找出，哪些二进制数转为 10 进制后，是素数，计算出这样的数有多少个？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第一行是一个整数 n（10 ≤ n ≤ 100）。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n 行，每行是一个 30 位以内的 2 进制数。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一个整数代表所有转为 10 进制后是素数的 2 进制数的个数。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1010000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1101001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1101011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