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1403: 找回文数？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James同学发现了在二维数组中有一些回文数，请编程找出这些回文数，并按照输入的顺序输出。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（回文数指的是这个数正过来读和反过来读是同一个数的数，比如 1、8、99、252、1221 等）。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n 和 m （n 和 m 都是 4 ∼ 100 之间的整数），代表接下来的二维数组有 n 行 m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个整数，这些整数都是 1 ∼ 9999 之间的整数。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按照输入的顺序输出满足条件的回文数，每行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1 22 98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34 121 110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100 210 323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