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1402: 字符串加密？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在情报传递过程中，为了防止情报被截获，往往需要对情报用一定的方式加密，简单的加密算法虽然不足以完全避免情报被破译，但仍然能防止情报被轻易的识别。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我们给出一种最简的的加密方法，对给定的一个字符串，把其中从 a-y ，A-Y 的字母用其后继字母替代，把 z 和 Z 用 a 和 A 替代，其他非字母字符不变，则可得到一个简单的加密字符串。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输入一行，包含一个字符串，长度不超过 80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输出每行字符串的加密字符串。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Hello! How are you!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Ifmmp! Ipx bsf zpv!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