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1401: 浪尖数？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1401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8806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小丽在上班编程课时，发现有一些数很有趣，这些数正好比该数左右相邻的数都大，就像大海里的浪花的浪尖一样美丽；小丽就给这些数起了一个名字叫做“浪尖数”，比如： 2 3 1 中的 3 ，就像一朵波浪的浪尖一样，正好比左右两个数都大。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请你编程帮助小丽计算一下，一个数组中有多少个“浪尖数”。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第一行，是一个整数 n 代表数组找那个有 n 个数（ n ≤ 100）；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第二行有 n 个整数，用空格隔开。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输出一个整数，代表满足条件的浪尖数的数量。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