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1400: 补发礼物？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学校组织了一次晚会，小明负责为晚会准备 n 种不同类型的小礼品，学校对于礼品数量的要求是每种至少 10 个，而且每种礼品的数量必须是 4 的倍数。小明在准备时由于粗心，很多礼品的数量准备得都不能满足要求。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请你编程帮小明把每种礼品的数量补充到刚好满足要求，并按照由多到少排序输出各种礼物的数量。当然补充的数量越少越好；比如：有一种礼品小明准备了 8 个，小明至少要准备到 12 个才能满足要求；另一种物品小明准备了 16 个，就不需要补充了。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，代表礼物的种类（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个整数，分别代表小明目前准备的各类礼物的数量。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行，n 个数，空格隔开，代表 n 种礼物补充到正好满足要求的数值，按照从大到小排序。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8 30 12 22 18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32 24 20 12 12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