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1399: 学员的名次？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语文成绩出来了，老师在课堂上公布了每位同学的语文成绩，小明想查一下自己的成绩在班级能排到第几名。请你编写一个程序，根据给定的所有同学的语文成绩以及小明的语文成绩，计算出小明的排名。（假设所有人成绩都不相等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代表学生总人数（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第二行，有 n 个整数，代表 n 个语文成绩（这些成绩都是 0 ∼ 100之间的分数）；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第三行一个整数 x 代表小明同学的语文成绩。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一个整数，代表小明同学的名次。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98 100 99 80 87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