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1398: 奇偶统计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7877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 n 行 m 列的二维数组中，有若干奇数和偶数，请编程统计出这个二维数组中，奇数和偶数分别有多少个？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第一行是两个整数 n 和 m （ n 和 m 都是 2 ∼ 100 之间的整数），代表接下来的二维数组有 n 行 m 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个整数。（这些整数都是 0 ∼ 9999 之间的整数）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两个整数用空格隔开，分别代表二维数组中奇数、偶数的个数。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