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1396: 开学大采购？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新学期开始了，学校计划采购一批新的篮球和排球用来上体育课。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学校共有 n 元经费，咨询体育用品店得知篮球 x 元 / 个，排球 y 元 / 个，现要求篮球和排球都至少采购 1 个， n 元经费全部用完，且篮球和排球的总数要超过 50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请问有哪些采购方案？（按照篮球从少到多，排球从多到少输出所有可行的方案）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三个整数，n、x、y 用空格隔开分别代表总经费、篮球单价、排球单价。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所有可行的采购方案，每个组方案有 2 个整数用空格隔开，第 1 个整数代表篮球的采购个数，第 2 个整数代表排球的采购个数。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1000 25 15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19 35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22 30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