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1395: 小丽找数？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13672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小丽同学想在 1 ∼ n 中找出这样的数，这个数的各个位的和不能被 2 整除也不能被 5 整除，比如 3、12、25、30、100 。这些数都满足各个位的和不能被 2 和 5 整除。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请你编程找出 1 ∼ n 中这些数有多少个？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9999）。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∼ n 中满足条件的数的个数。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