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1392: 回文偶数？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1392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19381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小明发现有一类数非常有趣，他们正过来读和反过来读是一样的，比如：121、202、383 等，小明给这类数起了一个名字，叫做回文数。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请你写程序帮助小明找出所有 3 位的既是回文数，又是偶数的数，比如： 202 就是满足条件的数，而 121 虽然是回文数但不是偶数。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所有满足条件的 3 位的回文偶数，每行 1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