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1390: 四位数的和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33391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请从键盘读入一个四位整数，求这个四位整数各个位的和是多少？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一个四位整数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这个四位数各个位的和。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3456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