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1388: 陶陶摘苹果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12763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陶陶家的院子里有一棵苹果树，每到秋天树上就会结出 10 个苹果。苹果成熟的时候，陶陶就会跑去摘苹果。陶陶有个 30 厘米高的板凳，当她不能直接用手摘到苹果的时候，就会踩到板凳上再试试。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现在已知 10 个苹果到地面的高度，以及陶陶把手伸直的时候能够达到的最大高度，请帮陶陶算一下她能够摘到的苹果的数目。假设她碰到苹果，苹果就会掉下来。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包括两行数据。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 10 个 100 到 200 之间（包括 100 和 200 ）的整数（以厘米为单位）分别表示 10 个苹果到地面的高度，两个相邻的整数之间用一个空格隔开。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第二行只包括一个 100 到 120 之间（包含 100 和 120 ）的整数（以厘米为单位），表示陶陶把手伸直的时候能够达到的最大高度。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包括一行，这一行只包含一个整数，表示陶陶能够摘到的苹果的数目。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100 200 150 140 129 134 167 198 200 111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