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1387: 简单加密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Julius Caesar曾经使用过一种很简单的密码。对于明文中的每个字符，将它用它字母表中后 5 位对应的字符来代替，这样就得到了密文。比如字符 A 用 F 来代替。如下是密文和明文中字符的对应关系。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密文：A B C D E F G H I J K L M N O P Q R S T U V W X Y Z；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明文：V W X Y Z A B C D E F G H I J K L M N O P Q R S T U；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你的任务是对给定的密文进行解密得到明文。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你需要注意的是，密文中出现的字母都是大写字母。密文中也包括非字母的字符，对这些字符不用进行解码。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一行，给出密文，密文不为空，而且其中的字符数不超过 200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输出一行，即密文对应的明文。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NS BFW, JAJSYX TK NRUTWYFSHJ FWJ YMJ WJXZQY TK YWNANFQ HFZXJX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IN WAR, EVENTS OF IMPORTANCE ARE THE RESULT OF TRIVIAL CAUSES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