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1386: 小丽找半个回文数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小丽同学在编程中学到了回文数的概念，如果一个数正过来读和反过来读是同一个数，那么这个数就是回文数；比如：2、5、8、66、121、686、12321 都是回文数，小丽发现，这样的数不算多。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于是小丽有个想法，如果这个数不是回文数，但这个数在 2 进制或者 16 进制下是回文数，就算这个整数是半个回文数，比如 417 并不是回文，但 417 对应的 16 进制数是 1A1 是回文数，因此 417 算半个回文数。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请你编程帮助小丽找符合条件的半个回文数。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n（5 ≤ 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个整数（这些整数都是 [0,10^8] 之间的整数）；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所有符合条件的半个回文数，每行一个。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121 417 27 100 21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