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1385: 有趣的数字图形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输入一个整数n（ n &lt; 10），输出 n 行 n 列的如下图所示的数字图形。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 1 &lt;  n &lt; 10 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1    3    8   20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3    2    5   12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8    5    3    7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20   12    7    4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