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1383: 奶牛和草丛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5289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奶牛Bessie计划好好享受柔软的春季新草。新草分布在 R 行 C 列的牧场里。它想计算一下牧场中的草丛数量。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在牧场地图中，每个草丛要么是单个“#”，要么是有公共边的相邻多个“#”。给定牧场地图，计算有多少个草丛。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例如，考虑如下5行6列的牧场地图；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这个牧场有 3 个草丛：一个在第一行，一个在第三列横跨了二、三行，一个在第三行横跨了三、四、五行。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R 和 C ，中间用单个空格隔开。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R 行，每行 C 个字符，描述牧场地图。字符只有“#”或“.”两种。(1 ≤ R, C ≤ 100 )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输出一个整数，表示草丛数。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.#....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..#..#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.....#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