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1376: 买汽水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一瓶饮料 n 元钱，两个空瓶换一瓶，有 m 元最多可以喝几瓶 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n,m（1 ≤ n&lt; m ≤ 100000）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最多可以喝到的瓶数。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