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1374: 摘花生问题（2）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Hello Kitty又一次来到花生地里摘花生，从左上角进入花生地，从右下角出去，只能向右或者向下，请问Hello Kitty应该沿着什么样的路线走，能够摘到的花生数量最多（假设花生地里没有任何 2 株的花生一样多，也不存在多条路线能够摘到一样多的花生的情况）？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比如输入：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应该输出：1-3-4，也就是按照 1 3 4 这三株数量的花生摘过去，能够摘到最多的花生！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 2 个整数 m 和 n （2 ≤ m,n ≤ 100），代表花生地有 m 行，n 列花生！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 m 行，每行有 n 个整数代表了每行中，每株花生的数量。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输出Hello Kitty按照走过的路线中，摘到每株花生的数量。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1-3-4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