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1370: 平面分割（II）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同一平面内有 n（n≤500）条直线，已知其中 p（p≥2）条直线相交于同一点，则这 n 条直线最多能将平面分割成多少个不同的区域？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n（n≤500）和 p（2≤p≤n）。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一个正整数，代表最多分割成的区域数目。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