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1369: Pell数列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1369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递推高精度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4007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递推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有一种数列，它的前 10 项的值分别为：1 2 5 12 29 70 169 408 985 2378，这个数列被称为 Pell 数列，请问该数列的第 n 项的值是多少？（n ≤ 1000）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n 项的值。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2378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